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21FBC" w14:textId="77777777" w:rsidR="005174CA" w:rsidRPr="005174CA" w:rsidRDefault="005174CA" w:rsidP="005174CA">
      <w:pPr>
        <w:pStyle w:val="1"/>
        <w:rPr>
          <w:lang w:val="ru-RU"/>
        </w:rPr>
      </w:pPr>
      <w:r w:rsidRPr="005174CA">
        <w:rPr>
          <w:lang w:val="ru-RU"/>
        </w:rPr>
        <w:t xml:space="preserve">Инструкция по настройке роутера </w:t>
      </w:r>
      <w:r>
        <w:rPr>
          <w:rStyle w:val="af6"/>
          <w:b/>
          <w:bCs/>
        </w:rPr>
        <w:t>TP</w:t>
      </w:r>
      <w:r w:rsidRPr="005174CA">
        <w:rPr>
          <w:rStyle w:val="af6"/>
          <w:b/>
          <w:bCs/>
          <w:lang w:val="ru-RU"/>
        </w:rPr>
        <w:t>-</w:t>
      </w:r>
      <w:r>
        <w:rPr>
          <w:rStyle w:val="af6"/>
          <w:b/>
          <w:bCs/>
        </w:rPr>
        <w:t>Link</w:t>
      </w:r>
      <w:r w:rsidRPr="005174CA">
        <w:rPr>
          <w:rStyle w:val="af6"/>
          <w:b/>
          <w:bCs/>
          <w:lang w:val="ru-RU"/>
        </w:rPr>
        <w:t xml:space="preserve"> </w:t>
      </w:r>
      <w:r>
        <w:rPr>
          <w:rStyle w:val="af6"/>
          <w:b/>
          <w:bCs/>
        </w:rPr>
        <w:t>EX</w:t>
      </w:r>
      <w:r w:rsidRPr="005174CA">
        <w:rPr>
          <w:rStyle w:val="af6"/>
          <w:b/>
          <w:bCs/>
          <w:lang w:val="ru-RU"/>
        </w:rPr>
        <w:t>141</w:t>
      </w:r>
    </w:p>
    <w:p w14:paraId="0AF84F49" w14:textId="6DA0595C" w:rsidR="005174CA" w:rsidRPr="00E24255" w:rsidRDefault="00E24255" w:rsidP="005174CA">
      <w:pPr>
        <w:pStyle w:val="31"/>
        <w:rPr>
          <w:lang w:val="ru-RU"/>
        </w:rPr>
      </w:pPr>
      <w:r>
        <w:rPr>
          <w:lang w:val="ru-RU"/>
        </w:rPr>
        <w:t>Шаг</w:t>
      </w:r>
      <w:r w:rsidR="005174CA">
        <w:t xml:space="preserve"> 1. </w:t>
      </w:r>
      <w:r>
        <w:rPr>
          <w:lang w:val="ru-RU"/>
        </w:rPr>
        <w:t>Подключение</w:t>
      </w:r>
      <w:r w:rsidR="005174CA">
        <w:t xml:space="preserve"> </w:t>
      </w:r>
      <w:r>
        <w:rPr>
          <w:lang w:val="ru-RU"/>
        </w:rPr>
        <w:t>кабелей</w:t>
      </w:r>
    </w:p>
    <w:p w14:paraId="73064AC7" w14:textId="77777777" w:rsidR="005174CA" w:rsidRDefault="005174CA" w:rsidP="005174CA">
      <w:pPr>
        <w:pStyle w:val="aff8"/>
        <w:numPr>
          <w:ilvl w:val="0"/>
          <w:numId w:val="10"/>
        </w:numPr>
      </w:pPr>
      <w:r>
        <w:t>Подключите блок питания к роутеру и включите его в розетку.</w:t>
      </w:r>
    </w:p>
    <w:p w14:paraId="536FBB63" w14:textId="0FC29B46" w:rsidR="005174CA" w:rsidRDefault="00EC55EB" w:rsidP="005174CA">
      <w:pPr>
        <w:pStyle w:val="aff8"/>
        <w:numPr>
          <w:ilvl w:val="0"/>
          <w:numId w:val="10"/>
        </w:numPr>
      </w:pPr>
      <w:r>
        <w:t xml:space="preserve">Интернет кабель </w:t>
      </w:r>
      <w:r w:rsidR="005174CA">
        <w:t xml:space="preserve">провайдера </w:t>
      </w:r>
      <w:r w:rsidR="00120CD8">
        <w:t>подключите</w:t>
      </w:r>
      <w:r w:rsidR="005174CA">
        <w:t xml:space="preserve"> в порт </w:t>
      </w:r>
      <w:r w:rsidR="005174CA">
        <w:rPr>
          <w:rStyle w:val="af6"/>
        </w:rPr>
        <w:t>WAN</w:t>
      </w:r>
      <w:r w:rsidR="005174CA">
        <w:t>.</w:t>
      </w:r>
    </w:p>
    <w:p w14:paraId="0074B1FD" w14:textId="7988C45A" w:rsidR="005174CA" w:rsidRDefault="005174CA" w:rsidP="005174CA">
      <w:pPr>
        <w:pStyle w:val="aff8"/>
        <w:numPr>
          <w:ilvl w:val="0"/>
          <w:numId w:val="10"/>
        </w:numPr>
      </w:pPr>
      <w:r>
        <w:t xml:space="preserve">Компьютер подключите к одному из портов </w:t>
      </w:r>
      <w:r>
        <w:rPr>
          <w:rStyle w:val="af6"/>
        </w:rPr>
        <w:t>LAN</w:t>
      </w:r>
      <w:r>
        <w:t xml:space="preserve"> с помощью кабеля.</w:t>
      </w:r>
    </w:p>
    <w:p w14:paraId="17DCF567" w14:textId="5A26C09C" w:rsidR="005174CA" w:rsidRDefault="00120CD8" w:rsidP="005174CA">
      <w:pPr>
        <w:pStyle w:val="aff8"/>
        <w:ind w:left="720"/>
      </w:pPr>
      <w:r>
        <w:rPr>
          <w:noProof/>
        </w:rPr>
        <w:drawing>
          <wp:inline distT="0" distB="0" distL="0" distR="0" wp14:anchorId="3FA5EAFC" wp14:editId="59767ECE">
            <wp:extent cx="5486400" cy="1473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192" cy="147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F36A1" w14:textId="77777777" w:rsidR="005174CA" w:rsidRPr="005174CA" w:rsidRDefault="005174CA" w:rsidP="005174CA">
      <w:pPr>
        <w:pStyle w:val="31"/>
        <w:rPr>
          <w:lang w:val="ru-RU"/>
        </w:rPr>
      </w:pPr>
      <w:r w:rsidRPr="005174CA">
        <w:rPr>
          <w:lang w:val="ru-RU"/>
        </w:rPr>
        <w:t>Шаг 2. Вход в веб-интерфейс</w:t>
      </w:r>
    </w:p>
    <w:p w14:paraId="4C9F8508" w14:textId="3A96E713" w:rsidR="005174CA" w:rsidRPr="00E24255" w:rsidRDefault="00E24255" w:rsidP="005174CA">
      <w:pPr>
        <w:pStyle w:val="aff8"/>
        <w:numPr>
          <w:ilvl w:val="0"/>
          <w:numId w:val="11"/>
        </w:numPr>
      </w:pPr>
      <w:r>
        <w:t>Используя компьютер о</w:t>
      </w:r>
      <w:r w:rsidR="005174CA">
        <w:t>ткройте</w:t>
      </w:r>
      <w:r w:rsidR="005174CA" w:rsidRPr="00E24255">
        <w:t xml:space="preserve"> </w:t>
      </w:r>
      <w:r w:rsidR="005174CA">
        <w:t>браузер</w:t>
      </w:r>
      <w:r w:rsidR="005174CA" w:rsidRPr="00E24255">
        <w:t xml:space="preserve"> (</w:t>
      </w:r>
      <w:r w:rsidR="005174CA" w:rsidRPr="005174CA">
        <w:rPr>
          <w:rStyle w:val="af6"/>
          <w:lang w:val="en-US"/>
        </w:rPr>
        <w:t>Chrome</w:t>
      </w:r>
      <w:r w:rsidR="005174CA" w:rsidRPr="00E24255">
        <w:rPr>
          <w:rStyle w:val="af6"/>
        </w:rPr>
        <w:t xml:space="preserve">, </w:t>
      </w:r>
      <w:r w:rsidR="005174CA" w:rsidRPr="005174CA">
        <w:rPr>
          <w:rStyle w:val="af6"/>
          <w:lang w:val="en-US"/>
        </w:rPr>
        <w:t>Firefox</w:t>
      </w:r>
      <w:r w:rsidR="005174CA" w:rsidRPr="00E24255">
        <w:rPr>
          <w:rStyle w:val="af6"/>
        </w:rPr>
        <w:t xml:space="preserve">, </w:t>
      </w:r>
      <w:r w:rsidR="005174CA" w:rsidRPr="005174CA">
        <w:rPr>
          <w:rStyle w:val="af6"/>
          <w:lang w:val="en-US"/>
        </w:rPr>
        <w:t>Opera</w:t>
      </w:r>
      <w:r w:rsidR="005174CA" w:rsidRPr="00E24255">
        <w:rPr>
          <w:rStyle w:val="af6"/>
        </w:rPr>
        <w:t xml:space="preserve">, </w:t>
      </w:r>
      <w:r w:rsidR="005174CA" w:rsidRPr="005174CA">
        <w:rPr>
          <w:rStyle w:val="af6"/>
          <w:lang w:val="en-US"/>
        </w:rPr>
        <w:t>Edge</w:t>
      </w:r>
      <w:r w:rsidR="005174CA" w:rsidRPr="00E24255">
        <w:t>).</w:t>
      </w:r>
    </w:p>
    <w:p w14:paraId="1EBF717E" w14:textId="77777777" w:rsidR="005174CA" w:rsidRDefault="005174CA" w:rsidP="005174CA">
      <w:pPr>
        <w:pStyle w:val="aff8"/>
        <w:numPr>
          <w:ilvl w:val="0"/>
          <w:numId w:val="11"/>
        </w:numPr>
      </w:pPr>
      <w:r>
        <w:t xml:space="preserve">Введите адрес: </w:t>
      </w:r>
      <w:r>
        <w:rPr>
          <w:rStyle w:val="af6"/>
        </w:rPr>
        <w:t>192.168.0.1</w:t>
      </w:r>
      <w:r>
        <w:t>.</w:t>
      </w:r>
    </w:p>
    <w:p w14:paraId="3171A805" w14:textId="77777777" w:rsidR="005174CA" w:rsidRDefault="005174CA" w:rsidP="005174CA">
      <w:pPr>
        <w:pStyle w:val="aff8"/>
        <w:numPr>
          <w:ilvl w:val="0"/>
          <w:numId w:val="11"/>
        </w:numPr>
      </w:pPr>
      <w:r>
        <w:t>Запустится мастер «Быстрой настройки».</w:t>
      </w:r>
    </w:p>
    <w:p w14:paraId="704798F6" w14:textId="6A02373A" w:rsidR="005174CA" w:rsidRPr="00E24255" w:rsidRDefault="005174CA" w:rsidP="00E24255">
      <w:pPr>
        <w:pStyle w:val="a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74CA">
        <w:rPr>
          <w:noProof/>
          <w:lang w:val="ru-RU" w:eastAsia="ru-RU"/>
        </w:rPr>
        <w:drawing>
          <wp:inline distT="0" distB="0" distL="0" distR="0" wp14:anchorId="722CBFA6" wp14:editId="479FB1BA">
            <wp:extent cx="3414156" cy="682831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25" cy="6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40AB5" w14:textId="77777777" w:rsidR="005174CA" w:rsidRPr="005174CA" w:rsidRDefault="005174CA" w:rsidP="005174CA">
      <w:pPr>
        <w:pStyle w:val="31"/>
        <w:rPr>
          <w:lang w:val="ru-RU"/>
        </w:rPr>
      </w:pPr>
      <w:r w:rsidRPr="005174CA">
        <w:rPr>
          <w:lang w:val="ru-RU"/>
        </w:rPr>
        <w:t>Шаг 3. Установка пароля администратора</w:t>
      </w:r>
    </w:p>
    <w:p w14:paraId="4CDB869D" w14:textId="77777777" w:rsidR="005174CA" w:rsidRDefault="005174CA" w:rsidP="005174CA">
      <w:pPr>
        <w:pStyle w:val="aff8"/>
      </w:pPr>
      <w:r>
        <w:t>При первом входе роутер попросит задать новый пароль для панели управления.</w:t>
      </w:r>
    </w:p>
    <w:p w14:paraId="1CC80C1B" w14:textId="77777777" w:rsidR="005174CA" w:rsidRDefault="005174CA" w:rsidP="005174CA">
      <w:pPr>
        <w:pStyle w:val="aff8"/>
        <w:numPr>
          <w:ilvl w:val="0"/>
          <w:numId w:val="12"/>
        </w:numPr>
      </w:pPr>
      <w:r>
        <w:t>Длина пароля: от 6 до 32 символов.</w:t>
      </w:r>
    </w:p>
    <w:p w14:paraId="41851DD5" w14:textId="77777777" w:rsidR="005174CA" w:rsidRDefault="005174CA" w:rsidP="005174CA">
      <w:pPr>
        <w:pStyle w:val="aff8"/>
        <w:numPr>
          <w:ilvl w:val="0"/>
          <w:numId w:val="12"/>
        </w:numPr>
      </w:pPr>
      <w:r>
        <w:t>Разрешено использовать буквы, цифры и специальные символы.</w:t>
      </w:r>
    </w:p>
    <w:p w14:paraId="2AD64CCC" w14:textId="77777777" w:rsidR="005174CA" w:rsidRDefault="005174CA" w:rsidP="005174CA">
      <w:pPr>
        <w:pStyle w:val="aff8"/>
        <w:numPr>
          <w:ilvl w:val="0"/>
          <w:numId w:val="12"/>
        </w:numPr>
      </w:pPr>
      <w:r>
        <w:t>Пароль не должен содержать пробелов.</w:t>
      </w:r>
    </w:p>
    <w:p w14:paraId="7A4CEE78" w14:textId="6DC74D7D" w:rsidR="005174CA" w:rsidRDefault="005174CA" w:rsidP="005174CA">
      <w:pPr>
        <w:pStyle w:val="aff8"/>
      </w:pPr>
      <w:r>
        <w:t xml:space="preserve">Введите пароль, подтвердите его и нажмите </w:t>
      </w:r>
      <w:r>
        <w:rPr>
          <w:rStyle w:val="af6"/>
        </w:rPr>
        <w:t>«Сохранить»</w:t>
      </w:r>
      <w:r>
        <w:t>.</w:t>
      </w:r>
    </w:p>
    <w:p w14:paraId="6835425A" w14:textId="68ABA658" w:rsidR="005174CA" w:rsidRPr="005174CA" w:rsidRDefault="00E24255" w:rsidP="00517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drawing>
          <wp:inline distT="0" distB="0" distL="0" distR="0" wp14:anchorId="1C197901" wp14:editId="29C43563">
            <wp:extent cx="4334493" cy="2329287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9831" cy="23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72EB" w14:textId="67949237" w:rsidR="005174CA" w:rsidRDefault="005174CA" w:rsidP="005174CA"/>
    <w:p w14:paraId="49BA3D2B" w14:textId="77777777" w:rsidR="00E24255" w:rsidRDefault="00E24255" w:rsidP="005174CA"/>
    <w:p w14:paraId="72F68EFD" w14:textId="0100CE2B" w:rsidR="005174CA" w:rsidRPr="005174CA" w:rsidRDefault="005174CA" w:rsidP="005174CA">
      <w:pPr>
        <w:pStyle w:val="31"/>
        <w:rPr>
          <w:lang w:val="ru-RU"/>
        </w:rPr>
      </w:pPr>
      <w:r w:rsidRPr="005174CA">
        <w:rPr>
          <w:lang w:val="ru-RU"/>
        </w:rPr>
        <w:t xml:space="preserve">Шаг </w:t>
      </w:r>
      <w:r w:rsidR="0035142F">
        <w:rPr>
          <w:lang w:val="ru-RU"/>
        </w:rPr>
        <w:t>4</w:t>
      </w:r>
      <w:r w:rsidRPr="005174CA">
        <w:rPr>
          <w:lang w:val="ru-RU"/>
        </w:rPr>
        <w:t>. Выбор региона и часового пояса</w:t>
      </w:r>
    </w:p>
    <w:p w14:paraId="77D87638" w14:textId="77777777" w:rsidR="005174CA" w:rsidRDefault="005174CA" w:rsidP="005174CA">
      <w:pPr>
        <w:pStyle w:val="aff8"/>
        <w:numPr>
          <w:ilvl w:val="0"/>
          <w:numId w:val="13"/>
        </w:numPr>
      </w:pPr>
      <w:r>
        <w:t xml:space="preserve">В списке </w:t>
      </w:r>
      <w:r>
        <w:rPr>
          <w:rStyle w:val="af6"/>
        </w:rPr>
        <w:t>Регион</w:t>
      </w:r>
      <w:r>
        <w:t xml:space="preserve"> выберите: </w:t>
      </w:r>
      <w:r>
        <w:rPr>
          <w:rStyle w:val="af6"/>
        </w:rPr>
        <w:t>Россия</w:t>
      </w:r>
      <w:r>
        <w:t>.</w:t>
      </w:r>
    </w:p>
    <w:p w14:paraId="463C3B5A" w14:textId="20E484B2" w:rsidR="005174CA" w:rsidRDefault="005174CA" w:rsidP="005174CA">
      <w:pPr>
        <w:pStyle w:val="aff8"/>
        <w:numPr>
          <w:ilvl w:val="0"/>
          <w:numId w:val="13"/>
        </w:numPr>
      </w:pPr>
      <w:r>
        <w:t xml:space="preserve">В поле </w:t>
      </w:r>
      <w:r>
        <w:rPr>
          <w:rStyle w:val="af6"/>
        </w:rPr>
        <w:t>Часовой пояс</w:t>
      </w:r>
      <w:r>
        <w:t xml:space="preserve"> выберите:</w:t>
      </w:r>
      <w:r>
        <w:br/>
      </w:r>
      <w:r>
        <w:rPr>
          <w:rStyle w:val="af6"/>
        </w:rPr>
        <w:t xml:space="preserve">(GMT+06:00) Алматы, Нур-Султан, </w:t>
      </w:r>
      <w:proofErr w:type="spellStart"/>
      <w:r>
        <w:rPr>
          <w:rStyle w:val="af6"/>
        </w:rPr>
        <w:t>Джакка</w:t>
      </w:r>
      <w:proofErr w:type="spellEnd"/>
      <w:r>
        <w:rPr>
          <w:rStyle w:val="af6"/>
        </w:rPr>
        <w:t>, Екатеринбург, Бишкек</w:t>
      </w:r>
      <w:r>
        <w:t>.</w:t>
      </w:r>
    </w:p>
    <w:p w14:paraId="0FBDD306" w14:textId="08C977C3" w:rsidR="005174CA" w:rsidRDefault="00E24255" w:rsidP="00E24255">
      <w:pPr>
        <w:pStyle w:val="aff8"/>
        <w:ind w:left="360"/>
      </w:pPr>
      <w:r>
        <w:rPr>
          <w:noProof/>
        </w:rPr>
        <w:drawing>
          <wp:inline distT="0" distB="0" distL="0" distR="0" wp14:anchorId="5C41F4CC" wp14:editId="50653FBC">
            <wp:extent cx="5486400" cy="22517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41EDA" w14:textId="77777777" w:rsidR="00E24255" w:rsidRDefault="00E24255" w:rsidP="00E24255">
      <w:pPr>
        <w:pStyle w:val="aff8"/>
        <w:ind w:left="360"/>
      </w:pPr>
    </w:p>
    <w:p w14:paraId="0055532B" w14:textId="5C4BFEFA" w:rsidR="005174CA" w:rsidRDefault="00E24255" w:rsidP="005174CA">
      <w:pPr>
        <w:pStyle w:val="31"/>
      </w:pPr>
      <w:r>
        <w:rPr>
          <w:lang w:val="ru-RU"/>
        </w:rPr>
        <w:t>Шаг</w:t>
      </w:r>
      <w:r w:rsidR="005174CA">
        <w:t xml:space="preserve"> </w:t>
      </w:r>
      <w:r w:rsidR="0035142F">
        <w:rPr>
          <w:lang w:val="ru-RU"/>
        </w:rPr>
        <w:t>5</w:t>
      </w:r>
      <w:r w:rsidR="005174CA">
        <w:t xml:space="preserve">. </w:t>
      </w:r>
      <w:proofErr w:type="spellStart"/>
      <w:r w:rsidR="005174CA">
        <w:t>Настройка</w:t>
      </w:r>
      <w:proofErr w:type="spellEnd"/>
      <w:r w:rsidR="005174CA">
        <w:t xml:space="preserve"> </w:t>
      </w:r>
      <w:proofErr w:type="spellStart"/>
      <w:r w:rsidR="005174CA">
        <w:t>интернет-соединения</w:t>
      </w:r>
      <w:proofErr w:type="spellEnd"/>
    </w:p>
    <w:p w14:paraId="64643EC2" w14:textId="77777777" w:rsidR="005174CA" w:rsidRDefault="005174CA" w:rsidP="005174CA">
      <w:pPr>
        <w:pStyle w:val="aff8"/>
        <w:numPr>
          <w:ilvl w:val="0"/>
          <w:numId w:val="14"/>
        </w:numPr>
      </w:pPr>
      <w:r>
        <w:t xml:space="preserve">Рабочий режим: </w:t>
      </w:r>
      <w:r>
        <w:rPr>
          <w:rStyle w:val="af6"/>
        </w:rPr>
        <w:t>Режим роутера</w:t>
      </w:r>
      <w:r>
        <w:t>.</w:t>
      </w:r>
    </w:p>
    <w:p w14:paraId="74C883C6" w14:textId="77777777" w:rsidR="005174CA" w:rsidRDefault="005174CA" w:rsidP="005174CA">
      <w:pPr>
        <w:pStyle w:val="aff8"/>
        <w:numPr>
          <w:ilvl w:val="0"/>
          <w:numId w:val="14"/>
        </w:numPr>
      </w:pPr>
      <w:r>
        <w:t xml:space="preserve">Тип интернет-подключения: </w:t>
      </w:r>
      <w:proofErr w:type="spellStart"/>
      <w:r>
        <w:rPr>
          <w:rStyle w:val="af6"/>
        </w:rPr>
        <w:t>PPPoE</w:t>
      </w:r>
      <w:proofErr w:type="spellEnd"/>
      <w:r>
        <w:t>.</w:t>
      </w:r>
    </w:p>
    <w:p w14:paraId="4B742F5A" w14:textId="1FCE5FD1" w:rsidR="005174CA" w:rsidRDefault="005174CA" w:rsidP="005174CA">
      <w:pPr>
        <w:pStyle w:val="aff8"/>
        <w:numPr>
          <w:ilvl w:val="0"/>
          <w:numId w:val="14"/>
        </w:numPr>
      </w:pPr>
      <w:r>
        <w:t>Введите имя пользователя и пароль, указанные в договоре.</w:t>
      </w:r>
    </w:p>
    <w:p w14:paraId="4B3EA2C7" w14:textId="1D204EB7" w:rsidR="00E24255" w:rsidRDefault="00E24255" w:rsidP="00E24255">
      <w:pPr>
        <w:pStyle w:val="aff8"/>
        <w:ind w:left="360"/>
      </w:pPr>
      <w:r>
        <w:rPr>
          <w:noProof/>
        </w:rPr>
        <w:drawing>
          <wp:inline distT="0" distB="0" distL="0" distR="0" wp14:anchorId="7A2B2CAF" wp14:editId="30166E5C">
            <wp:extent cx="5486400" cy="25996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7AD3" w14:textId="335F4798" w:rsidR="00E24255" w:rsidRDefault="00E24255" w:rsidP="00E24255">
      <w:pPr>
        <w:pStyle w:val="aff8"/>
        <w:ind w:left="360"/>
      </w:pPr>
    </w:p>
    <w:p w14:paraId="694A6D67" w14:textId="67540ACB" w:rsidR="00E24255" w:rsidRDefault="00E24255" w:rsidP="00E24255">
      <w:pPr>
        <w:pStyle w:val="aff8"/>
        <w:ind w:left="360"/>
      </w:pPr>
    </w:p>
    <w:p w14:paraId="1E2EE9AF" w14:textId="77777777" w:rsidR="00E24255" w:rsidRDefault="00E24255" w:rsidP="00E24255">
      <w:pPr>
        <w:pStyle w:val="aff8"/>
        <w:ind w:left="360"/>
      </w:pPr>
    </w:p>
    <w:p w14:paraId="4349633E" w14:textId="08C7B38C" w:rsidR="005174CA" w:rsidRDefault="005174CA" w:rsidP="005174CA"/>
    <w:p w14:paraId="7171094D" w14:textId="0C30C87F" w:rsidR="005174CA" w:rsidRDefault="005174CA" w:rsidP="005174CA">
      <w:pPr>
        <w:pStyle w:val="31"/>
      </w:pPr>
      <w:proofErr w:type="spellStart"/>
      <w:r>
        <w:t>Шаг</w:t>
      </w:r>
      <w:proofErr w:type="spellEnd"/>
      <w:r>
        <w:t xml:space="preserve"> </w:t>
      </w:r>
      <w:r w:rsidR="0035142F">
        <w:rPr>
          <w:lang w:val="ru-RU"/>
        </w:rPr>
        <w:t>6</w:t>
      </w:r>
      <w:r>
        <w:t xml:space="preserve">. </w:t>
      </w:r>
      <w:proofErr w:type="spellStart"/>
      <w:r>
        <w:t>Настройка</w:t>
      </w:r>
      <w:proofErr w:type="spellEnd"/>
      <w:r>
        <w:t xml:space="preserve"> Wi-Fi</w:t>
      </w:r>
    </w:p>
    <w:p w14:paraId="187ECFA1" w14:textId="77777777" w:rsidR="005174CA" w:rsidRDefault="005174CA" w:rsidP="005174CA">
      <w:pPr>
        <w:pStyle w:val="aff8"/>
        <w:numPr>
          <w:ilvl w:val="0"/>
          <w:numId w:val="15"/>
        </w:numPr>
      </w:pPr>
      <w:r>
        <w:t xml:space="preserve">Поставьте галочку на пункте </w:t>
      </w:r>
      <w:r>
        <w:rPr>
          <w:rStyle w:val="af6"/>
        </w:rPr>
        <w:t xml:space="preserve">Включить Band </w:t>
      </w:r>
      <w:proofErr w:type="spellStart"/>
      <w:r>
        <w:rPr>
          <w:rStyle w:val="af6"/>
        </w:rPr>
        <w:t>Steering</w:t>
      </w:r>
      <w:proofErr w:type="spellEnd"/>
      <w:r>
        <w:t>.</w:t>
      </w:r>
    </w:p>
    <w:p w14:paraId="53F00251" w14:textId="77777777" w:rsidR="005174CA" w:rsidRDefault="005174CA" w:rsidP="005174CA">
      <w:pPr>
        <w:pStyle w:val="aff8"/>
        <w:numPr>
          <w:ilvl w:val="0"/>
          <w:numId w:val="15"/>
        </w:numPr>
      </w:pPr>
      <w:r>
        <w:t xml:space="preserve">В поле </w:t>
      </w:r>
      <w:r>
        <w:rPr>
          <w:rStyle w:val="af6"/>
        </w:rPr>
        <w:t>SSID</w:t>
      </w:r>
      <w:r>
        <w:t xml:space="preserve"> укажите название вашей сети (например: </w:t>
      </w:r>
      <w:proofErr w:type="spellStart"/>
      <w:r>
        <w:rPr>
          <w:rStyle w:val="af7"/>
          <w:rFonts w:eastAsiaTheme="majorEastAsia"/>
        </w:rPr>
        <w:t>MegaLine</w:t>
      </w:r>
      <w:proofErr w:type="spellEnd"/>
      <w:r>
        <w:t>).</w:t>
      </w:r>
    </w:p>
    <w:p w14:paraId="3995CB6C" w14:textId="77777777" w:rsidR="005174CA" w:rsidRDefault="005174CA" w:rsidP="005174CA">
      <w:pPr>
        <w:pStyle w:val="aff8"/>
        <w:numPr>
          <w:ilvl w:val="0"/>
          <w:numId w:val="15"/>
        </w:numPr>
      </w:pPr>
      <w:r>
        <w:t xml:space="preserve">В поле </w:t>
      </w:r>
      <w:r>
        <w:rPr>
          <w:rStyle w:val="af6"/>
        </w:rPr>
        <w:t>Пароль</w:t>
      </w:r>
      <w:r>
        <w:t xml:space="preserve"> задайте пароль (не менее 8 символов).</w:t>
      </w:r>
    </w:p>
    <w:p w14:paraId="42A9BA96" w14:textId="48616588" w:rsidR="005174CA" w:rsidRDefault="00E24255" w:rsidP="005174CA">
      <w:r>
        <w:rPr>
          <w:noProof/>
        </w:rPr>
        <w:drawing>
          <wp:inline distT="0" distB="0" distL="0" distR="0" wp14:anchorId="5B80F2EA" wp14:editId="10F326B7">
            <wp:extent cx="5486400" cy="28263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E9DB" w14:textId="7790A4A8" w:rsidR="005174CA" w:rsidRDefault="005174CA" w:rsidP="005174CA">
      <w:pPr>
        <w:pStyle w:val="31"/>
      </w:pPr>
      <w:proofErr w:type="spellStart"/>
      <w:r>
        <w:t>Шаг</w:t>
      </w:r>
      <w:proofErr w:type="spellEnd"/>
      <w:r>
        <w:t xml:space="preserve"> </w:t>
      </w:r>
      <w:r w:rsidR="0035142F">
        <w:rPr>
          <w:lang w:val="ru-RU"/>
        </w:rPr>
        <w:t>7</w:t>
      </w:r>
      <w:r>
        <w:t xml:space="preserve">. </w:t>
      </w:r>
      <w:proofErr w:type="spellStart"/>
      <w:r>
        <w:t>Настройка</w:t>
      </w:r>
      <w:proofErr w:type="spellEnd"/>
      <w:r>
        <w:t xml:space="preserve"> </w:t>
      </w:r>
      <w:proofErr w:type="spellStart"/>
      <w:r>
        <w:t>автообновления</w:t>
      </w:r>
      <w:proofErr w:type="spellEnd"/>
      <w:r>
        <w:t xml:space="preserve"> </w:t>
      </w:r>
      <w:proofErr w:type="spellStart"/>
      <w:r>
        <w:t>прошивки</w:t>
      </w:r>
      <w:proofErr w:type="spellEnd"/>
    </w:p>
    <w:p w14:paraId="2183367A" w14:textId="77777777" w:rsidR="005174CA" w:rsidRPr="005174CA" w:rsidRDefault="005174CA" w:rsidP="005174CA">
      <w:pPr>
        <w:pStyle w:val="aff8"/>
        <w:numPr>
          <w:ilvl w:val="0"/>
          <w:numId w:val="16"/>
        </w:numPr>
        <w:rPr>
          <w:lang w:val="en-US"/>
        </w:rPr>
      </w:pPr>
      <w:r>
        <w:t>Отметьте</w:t>
      </w:r>
      <w:r w:rsidRPr="005174CA">
        <w:rPr>
          <w:lang w:val="en-US"/>
        </w:rPr>
        <w:t xml:space="preserve"> </w:t>
      </w:r>
      <w:r>
        <w:t>пункт</w:t>
      </w:r>
      <w:r w:rsidRPr="005174CA">
        <w:rPr>
          <w:lang w:val="en-US"/>
        </w:rPr>
        <w:t xml:space="preserve"> </w:t>
      </w:r>
      <w:r w:rsidRPr="005174CA">
        <w:rPr>
          <w:rStyle w:val="af6"/>
          <w:lang w:val="en-US"/>
        </w:rPr>
        <w:t>Turn on Auto Update</w:t>
      </w:r>
      <w:r w:rsidRPr="005174CA">
        <w:rPr>
          <w:lang w:val="en-US"/>
        </w:rPr>
        <w:t>.</w:t>
      </w:r>
    </w:p>
    <w:p w14:paraId="41CD9779" w14:textId="77777777" w:rsidR="005174CA" w:rsidRDefault="005174CA" w:rsidP="005174CA">
      <w:pPr>
        <w:pStyle w:val="aff8"/>
        <w:numPr>
          <w:ilvl w:val="0"/>
          <w:numId w:val="16"/>
        </w:numPr>
      </w:pPr>
      <w:r>
        <w:t>Роутер будет автоматически загружать и устанавливать новые версии прошивки.</w:t>
      </w:r>
    </w:p>
    <w:p w14:paraId="0738DCCB" w14:textId="77777777" w:rsidR="005174CA" w:rsidRDefault="005174CA" w:rsidP="005174CA">
      <w:pPr>
        <w:pStyle w:val="aff8"/>
        <w:numPr>
          <w:ilvl w:val="0"/>
          <w:numId w:val="16"/>
        </w:numPr>
      </w:pPr>
      <w:r>
        <w:t>Рекомендуется включить для актуальной защиты и исправлений.</w:t>
      </w:r>
    </w:p>
    <w:p w14:paraId="2B7B1770" w14:textId="695D1E46" w:rsidR="005174CA" w:rsidRDefault="00E24255" w:rsidP="005174CA">
      <w:r>
        <w:rPr>
          <w:noProof/>
        </w:rPr>
        <w:drawing>
          <wp:inline distT="0" distB="0" distL="0" distR="0" wp14:anchorId="345F5493" wp14:editId="0441BACB">
            <wp:extent cx="5486400" cy="3276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18A99" w14:textId="77777777" w:rsidR="00E24255" w:rsidRDefault="00E24255" w:rsidP="005174CA">
      <w:pPr>
        <w:pStyle w:val="31"/>
        <w:rPr>
          <w:lang w:val="ru-RU"/>
        </w:rPr>
      </w:pPr>
    </w:p>
    <w:p w14:paraId="516C7D63" w14:textId="77777777" w:rsidR="00E24255" w:rsidRDefault="00E24255" w:rsidP="005174CA">
      <w:pPr>
        <w:pStyle w:val="31"/>
        <w:rPr>
          <w:lang w:val="ru-RU"/>
        </w:rPr>
      </w:pPr>
    </w:p>
    <w:p w14:paraId="2C3EE64D" w14:textId="24C614E5" w:rsidR="005174CA" w:rsidRPr="005174CA" w:rsidRDefault="005174CA" w:rsidP="005174CA">
      <w:pPr>
        <w:pStyle w:val="31"/>
        <w:rPr>
          <w:lang w:val="ru-RU"/>
        </w:rPr>
      </w:pPr>
      <w:r w:rsidRPr="005174CA">
        <w:rPr>
          <w:lang w:val="ru-RU"/>
        </w:rPr>
        <w:t xml:space="preserve">Шаг </w:t>
      </w:r>
      <w:r w:rsidR="0035142F">
        <w:rPr>
          <w:lang w:val="ru-RU"/>
        </w:rPr>
        <w:t>8</w:t>
      </w:r>
      <w:r w:rsidRPr="005174CA">
        <w:rPr>
          <w:lang w:val="ru-RU"/>
        </w:rPr>
        <w:t>. Проверка подключения</w:t>
      </w:r>
    </w:p>
    <w:p w14:paraId="0415DDCF" w14:textId="364ED320" w:rsidR="005174CA" w:rsidRPr="00E24255" w:rsidRDefault="005174CA" w:rsidP="005174CA">
      <w:pPr>
        <w:pStyle w:val="aff8"/>
        <w:rPr>
          <w:rFonts w:asciiTheme="minorHAnsi" w:hAnsiTheme="minorHAnsi"/>
        </w:rPr>
      </w:pPr>
      <w:r>
        <w:t>Роутер автоматически проверит интернет-подключение.</w:t>
      </w:r>
    </w:p>
    <w:p w14:paraId="55EB0CC3" w14:textId="4A131B93" w:rsidR="005174CA" w:rsidRDefault="00E24255" w:rsidP="005174CA">
      <w:r>
        <w:rPr>
          <w:noProof/>
        </w:rPr>
        <w:drawing>
          <wp:inline distT="0" distB="0" distL="0" distR="0" wp14:anchorId="56CC0CAE" wp14:editId="1B2B3680">
            <wp:extent cx="5486400" cy="17653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C3B9" w14:textId="10026A93" w:rsidR="00E24255" w:rsidRDefault="00E24255" w:rsidP="005174CA"/>
    <w:p w14:paraId="47BF3F20" w14:textId="77777777" w:rsidR="00E24255" w:rsidRDefault="00E24255" w:rsidP="005174CA"/>
    <w:p w14:paraId="35558861" w14:textId="77777777" w:rsidR="005174CA" w:rsidRPr="005174CA" w:rsidRDefault="005174CA" w:rsidP="005174CA">
      <w:pPr>
        <w:pStyle w:val="31"/>
        <w:rPr>
          <w:lang w:val="ru-RU"/>
        </w:rPr>
      </w:pPr>
      <w:r w:rsidRPr="005174CA">
        <w:rPr>
          <w:lang w:val="ru-RU"/>
        </w:rPr>
        <w:t>Шаг 9. Итоговое окно</w:t>
      </w:r>
    </w:p>
    <w:p w14:paraId="2D5DCE87" w14:textId="77777777" w:rsidR="005174CA" w:rsidRDefault="005174CA" w:rsidP="005174CA">
      <w:pPr>
        <w:pStyle w:val="aff8"/>
      </w:pPr>
      <w:r>
        <w:t>После завершения теста появится сводка параметров:</w:t>
      </w:r>
    </w:p>
    <w:p w14:paraId="02C8C9FE" w14:textId="77777777" w:rsidR="005174CA" w:rsidRDefault="005174CA" w:rsidP="005174CA">
      <w:pPr>
        <w:pStyle w:val="aff8"/>
        <w:numPr>
          <w:ilvl w:val="0"/>
          <w:numId w:val="17"/>
        </w:numPr>
      </w:pPr>
      <w:r>
        <w:t xml:space="preserve">Тип подключения: </w:t>
      </w:r>
      <w:proofErr w:type="spellStart"/>
      <w:r>
        <w:rPr>
          <w:rStyle w:val="af6"/>
        </w:rPr>
        <w:t>PPPoE</w:t>
      </w:r>
      <w:proofErr w:type="spellEnd"/>
    </w:p>
    <w:p w14:paraId="6BF9CA8C" w14:textId="77777777" w:rsidR="005174CA" w:rsidRDefault="005174CA" w:rsidP="005174CA">
      <w:pPr>
        <w:pStyle w:val="aff8"/>
        <w:numPr>
          <w:ilvl w:val="0"/>
          <w:numId w:val="17"/>
        </w:numPr>
      </w:pPr>
      <w:r>
        <w:t xml:space="preserve">Состояние: </w:t>
      </w:r>
      <w:r>
        <w:rPr>
          <w:rStyle w:val="af6"/>
        </w:rPr>
        <w:t>«Подключён»</w:t>
      </w:r>
    </w:p>
    <w:p w14:paraId="68DC3C51" w14:textId="77777777" w:rsidR="005174CA" w:rsidRDefault="005174CA" w:rsidP="005174CA">
      <w:pPr>
        <w:pStyle w:val="aff8"/>
        <w:numPr>
          <w:ilvl w:val="0"/>
          <w:numId w:val="17"/>
        </w:numPr>
      </w:pPr>
      <w:r>
        <w:t xml:space="preserve">SSID (название сети) и пароль </w:t>
      </w:r>
      <w:proofErr w:type="spellStart"/>
      <w:r>
        <w:t>Wi</w:t>
      </w:r>
      <w:proofErr w:type="spellEnd"/>
      <w:r>
        <w:t>-Fi</w:t>
      </w:r>
    </w:p>
    <w:p w14:paraId="330B4703" w14:textId="5A8C1E71" w:rsidR="009A2B65" w:rsidRDefault="0007140A" w:rsidP="00BD3D58">
      <w:pPr>
        <w:jc w:val="center"/>
        <w:rPr>
          <w:b/>
          <w:bCs/>
          <w:sz w:val="40"/>
          <w:szCs w:val="40"/>
          <w:lang w:val="ru-RU"/>
        </w:rPr>
      </w:pPr>
      <w:r>
        <w:rPr>
          <w:noProof/>
        </w:rPr>
        <w:drawing>
          <wp:inline distT="0" distB="0" distL="0" distR="0" wp14:anchorId="2FE40A59" wp14:editId="71C150A4">
            <wp:extent cx="5486400" cy="2937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D58" w:rsidRPr="00E77C82">
        <w:rPr>
          <w:lang w:val="ru-RU"/>
        </w:rPr>
        <w:br/>
      </w:r>
      <w:r w:rsidR="00BD3D58" w:rsidRPr="00E77C82">
        <w:rPr>
          <w:lang w:val="ru-RU"/>
        </w:rPr>
        <w:br/>
      </w:r>
      <w:r w:rsidR="00BD3D58" w:rsidRPr="00BD3D58">
        <w:rPr>
          <w:b/>
          <w:bCs/>
          <w:sz w:val="40"/>
          <w:szCs w:val="40"/>
          <w:lang w:val="ru-RU"/>
        </w:rPr>
        <w:t>Настройка завершена!</w:t>
      </w:r>
    </w:p>
    <w:p w14:paraId="4C78B5A2" w14:textId="3751AD31" w:rsidR="00E77C82" w:rsidRPr="00E77C82" w:rsidRDefault="00E77C82" w:rsidP="00BD3D58">
      <w:pPr>
        <w:jc w:val="center"/>
        <w:rPr>
          <w:lang w:val="ru-RU"/>
        </w:rPr>
      </w:pPr>
      <w:r w:rsidRPr="00E77C82">
        <w:rPr>
          <w:rFonts w:ascii="Segoe UI Emoji" w:hAnsi="Segoe UI Emoji" w:cs="Segoe UI Emoji"/>
          <w:lang w:val="ru-RU"/>
        </w:rPr>
        <w:t>✅</w:t>
      </w:r>
      <w:r w:rsidRPr="00E77C82">
        <w:rPr>
          <w:lang w:val="ru-RU"/>
        </w:rPr>
        <w:t xml:space="preserve"> Интернет работает.</w:t>
      </w:r>
      <w:r w:rsidRPr="00E77C82">
        <w:rPr>
          <w:lang w:val="ru-RU"/>
        </w:rPr>
        <w:br/>
      </w:r>
      <w:r w:rsidRPr="00E77C82">
        <w:rPr>
          <w:rFonts w:ascii="Segoe UI Emoji" w:hAnsi="Segoe UI Emoji" w:cs="Segoe UI Emoji"/>
          <w:lang w:val="ru-RU"/>
        </w:rPr>
        <w:t>✅</w:t>
      </w:r>
      <w:r w:rsidRPr="00E77C82">
        <w:rPr>
          <w:lang w:val="ru-RU"/>
        </w:rPr>
        <w:t xml:space="preserve"> </w:t>
      </w:r>
      <w:r>
        <w:t>Wi</w:t>
      </w:r>
      <w:r w:rsidRPr="00E77C82">
        <w:rPr>
          <w:lang w:val="ru-RU"/>
        </w:rPr>
        <w:t>-</w:t>
      </w:r>
      <w:r>
        <w:t>Fi</w:t>
      </w:r>
      <w:r w:rsidRPr="00E77C82">
        <w:rPr>
          <w:lang w:val="ru-RU"/>
        </w:rPr>
        <w:t xml:space="preserve"> сеть активна, можно подключать устройства.</w:t>
      </w:r>
    </w:p>
    <w:sectPr w:rsidR="00E77C82" w:rsidRPr="00E77C82" w:rsidSect="00E24255">
      <w:pgSz w:w="12240" w:h="15840"/>
      <w:pgMar w:top="142" w:right="1800" w:bottom="709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8A3D0A"/>
    <w:multiLevelType w:val="multilevel"/>
    <w:tmpl w:val="C58AB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1962BB"/>
    <w:multiLevelType w:val="multilevel"/>
    <w:tmpl w:val="FCE8D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256A96"/>
    <w:multiLevelType w:val="multilevel"/>
    <w:tmpl w:val="A712D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76218B"/>
    <w:multiLevelType w:val="multilevel"/>
    <w:tmpl w:val="046E4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7D0479"/>
    <w:multiLevelType w:val="multilevel"/>
    <w:tmpl w:val="8A88E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3F4861"/>
    <w:multiLevelType w:val="multilevel"/>
    <w:tmpl w:val="E85A4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C516C1"/>
    <w:multiLevelType w:val="multilevel"/>
    <w:tmpl w:val="20060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7528FE"/>
    <w:multiLevelType w:val="multilevel"/>
    <w:tmpl w:val="81AC0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5"/>
  </w:num>
  <w:num w:numId="11">
    <w:abstractNumId w:val="13"/>
  </w:num>
  <w:num w:numId="12">
    <w:abstractNumId w:val="10"/>
  </w:num>
  <w:num w:numId="13">
    <w:abstractNumId w:val="11"/>
  </w:num>
  <w:num w:numId="14">
    <w:abstractNumId w:val="14"/>
  </w:num>
  <w:num w:numId="15">
    <w:abstractNumId w:val="9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140A"/>
    <w:rsid w:val="00120CD8"/>
    <w:rsid w:val="0015074B"/>
    <w:rsid w:val="001C1BE8"/>
    <w:rsid w:val="0029639D"/>
    <w:rsid w:val="00326F90"/>
    <w:rsid w:val="0035142F"/>
    <w:rsid w:val="004748D4"/>
    <w:rsid w:val="005174CA"/>
    <w:rsid w:val="006A2548"/>
    <w:rsid w:val="009A2B65"/>
    <w:rsid w:val="00AA1D8D"/>
    <w:rsid w:val="00B47730"/>
    <w:rsid w:val="00BD3D58"/>
    <w:rsid w:val="00CB0664"/>
    <w:rsid w:val="00E24255"/>
    <w:rsid w:val="00E77C82"/>
    <w:rsid w:val="00EC55EB"/>
    <w:rsid w:val="00EF26F7"/>
    <w:rsid w:val="00F0126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D82B0D"/>
  <w14:defaultImageDpi w14:val="300"/>
  <w15:docId w15:val="{E7E9E5C2-E9B7-4D10-9D9F-8F4B4060D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Normal (Web)"/>
    <w:basedOn w:val="a1"/>
    <w:uiPriority w:val="99"/>
    <w:unhideWhenUsed/>
    <w:rsid w:val="006A2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267</Words>
  <Characters>1523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1787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2</cp:revision>
  <dcterms:created xsi:type="dcterms:W3CDTF">2025-08-28T10:57:00Z</dcterms:created>
  <dcterms:modified xsi:type="dcterms:W3CDTF">2025-08-28T10:57:00Z</dcterms:modified>
  <cp:category/>
</cp:coreProperties>
</file>